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sz w:val="24"/>
        </w:rPr>
        <w:t>附件 1</w:t>
      </w:r>
    </w:p>
    <w:p>
      <w:pPr>
        <w:jc w:val="center"/>
      </w:pPr>
      <w:r>
        <w:rPr>
          <w:rFonts w:ascii="宋体" w:hAnsi="宋体" w:eastAsia="宋体"/>
          <w:b/>
          <w:sz w:val="32"/>
        </w:rPr>
        <w:t>2026电商主播大赛西南赛区报名表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>
        <w:trPr>
          <w:trHeight w:val="850"/>
        </w:trP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姓名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性别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民族</w:t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701"/>
            <w:vMerge w:val="restart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照片</w:t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电话</w:t>
            </w:r>
          </w:p>
        </w:tc>
        <w:tc>
          <w:tcPr>
            <w:tcW w:type="dxa" w:w="1134"/>
            <w:gridSpan w:val="5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296"/>
            <w:vMerge/>
          </w:tcPr>
          <w:p/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证件类型</w:t>
            </w:r>
          </w:p>
        </w:tc>
        <w:tc>
          <w:tcPr>
            <w:tcW w:type="dxa" w:w="1134"/>
            <w:gridSpan w:val="5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0"/>
              </w:rPr>
              <w:t>□身份证  □士官证  □学生证  □护照  □港澳通行证</w:t>
            </w:r>
          </w:p>
        </w:tc>
        <w:tc>
          <w:tcPr>
            <w:tcW w:type="dxa" w:w="1296"/>
            <w:vMerge/>
          </w:tcPr>
          <w:p/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证件号码</w:t>
            </w:r>
          </w:p>
        </w:tc>
        <w:tc>
          <w:tcPr>
            <w:tcW w:type="dxa" w:w="1701"/>
            <w:gridSpan w:val="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参赛赛道</w:t>
            </w:r>
          </w:p>
        </w:tc>
        <w:tc>
          <w:tcPr>
            <w:tcW w:type="dxa" w:w="1701"/>
            <w:gridSpan w:val="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0"/>
              </w:rPr>
              <w:t>□非遗传承·文化直播  □AI赋能·智能直播  □绿色电商·可持续发展  □本地生活·商旅文体</w:t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开播平台</w:t>
              <w:br/>
              <w:t>（多平台）</w:t>
            </w:r>
          </w:p>
        </w:tc>
        <w:tc>
          <w:tcPr>
            <w:tcW w:type="dxa" w:w="1134"/>
            <w:gridSpan w:val="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账号ID</w:t>
              <w:br/>
              <w:t>（多平台）</w:t>
            </w:r>
          </w:p>
        </w:tc>
        <w:tc>
          <w:tcPr>
            <w:tcW w:type="dxa" w:w="1701"/>
            <w:gridSpan w:val="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粉丝数量</w:t>
            </w:r>
          </w:p>
        </w:tc>
        <w:tc>
          <w:tcPr>
            <w:tcW w:type="dxa" w:w="1701"/>
            <w:gridSpan w:val="6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0"/>
              </w:rPr>
              <w:t>□1万以内  □1万-10万  □10万-50万  □50万-100万  □100万-500万  □500万以上</w:t>
            </w:r>
          </w:p>
        </w:tc>
      </w:tr>
      <w:tr>
        <w:trPr>
          <w:trHeight w:val="2268"/>
        </w:trP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选手</w:t>
              <w:br/>
              <w:t>个人简介</w:t>
            </w:r>
          </w:p>
        </w:tc>
        <w:tc>
          <w:tcPr>
            <w:tcW w:type="dxa" w:w="1701"/>
            <w:gridSpan w:val="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选手签名</w:t>
            </w:r>
          </w:p>
        </w:tc>
        <w:tc>
          <w:tcPr>
            <w:tcW w:type="dxa" w:w="1134"/>
            <w:gridSpan w:val="3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  <w:tc>
          <w:tcPr>
            <w:tcW w:type="dxa" w:w="1134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2"/>
              </w:rPr>
              <w:t>日期</w:t>
            </w:r>
          </w:p>
        </w:tc>
        <w:tc>
          <w:tcPr>
            <w:tcW w:type="dxa" w:w="1701"/>
            <w:gridSpan w:val="2"/>
          </w:tcPr>
          <w:p>
            <w:pPr>
              <w:jc w:val="center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  <w:tr>
        <w:tc>
          <w:tcPr>
            <w:tcW w:type="dxa" w:w="1247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sz w:val="20"/>
              </w:rPr>
              <w:t>推荐单位</w:t>
              <w:br/>
              <w:t>/机构</w:t>
            </w:r>
          </w:p>
        </w:tc>
        <w:tc>
          <w:tcPr>
            <w:tcW w:type="dxa" w:w="1701"/>
            <w:gridSpan w:val="6"/>
          </w:tcPr>
          <w:p>
            <w:pPr>
              <w:jc w:val="left"/>
            </w:pPr>
            <w:r/>
            <w:r>
              <w:rPr>
                <w:rFonts w:ascii="宋体" w:hAnsi="宋体" w:eastAsia="宋体"/>
                <w:b w:val="0"/>
                <w:sz w:val="22"/>
              </w:rPr>
            </w:r>
          </w:p>
        </w:tc>
      </w:tr>
    </w:tbl>
    <w:p/>
    <w:p>
      <w:r>
        <w:rPr>
          <w:rFonts w:ascii="宋体" w:hAnsi="宋体" w:eastAsia="宋体"/>
          <w:color w:val="666666"/>
          <w:sz w:val="18"/>
        </w:rPr>
        <w:t>说明：1.请如实填写以上信息；2.证件类型在对应方框内打√；3.照片请粘贴近期一寸免冠证件照；4.报名表发送至邮箱 3391248932@qq.com</w:t>
      </w:r>
    </w:p>
    <w:p>
      <w:r>
        <w:rPr>
          <w:rFonts w:ascii="宋体" w:hAnsi="宋体" w:eastAsia="宋体"/>
          <w:color w:val="666666"/>
          <w:sz w:val="18"/>
        </w:rPr>
        <w:t>联系电话：0835-2361362、13508161116、18728181113    联系人：杨女士、余女士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